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80" w:lineRule="exact"/>
      </w:pPr>
      <w:r>
        <w:rPr>
          <w:rFonts w:ascii="Calibri" w:hAnsi="Calibri"/>
          <w:color w:val="121212"/>
          <w:sz w:val="28"/>
        </w:rPr>
      </w:r>
    </w:p>
    <w:p>
      <w:pPr>
        <w:spacing w:before="0" w:after="160"/>
        <w:jc w:val="center"/>
      </w:pPr>
      <w:r>
        <w:drawing>
          <wp:inline xmlns:a="http://schemas.openxmlformats.org/drawingml/2006/main" xmlns:pic="http://schemas.openxmlformats.org/drawingml/2006/picture">
            <wp:extent cx="1234440" cy="1234440"/>
            <wp:docPr id="1" name="Picture 1" descr="Inter Broward Club de Foot crest" title="Inter Broward Club de Foot crest"/>
            <wp:cNvGraphicFramePr>
              <a:graphicFrameLocks noChangeAspect="1"/>
            </wp:cNvGraphicFramePr>
            <a:graphic>
              <a:graphicData uri="http://schemas.openxmlformats.org/drawingml/2006/picture">
                <pic:pic>
                  <pic:nvPicPr>
                    <pic:cNvPr id="0" name="inter-broward-logo.png"/>
                    <pic:cNvPicPr/>
                  </pic:nvPicPr>
                  <pic:blipFill>
                    <a:blip r:embed="rId11"/>
                    <a:stretch>
                      <a:fillRect/>
                    </a:stretch>
                  </pic:blipFill>
                  <pic:spPr>
                    <a:xfrm>
                      <a:off x="0" y="0"/>
                      <a:ext cx="1234440" cy="1234440"/>
                    </a:xfrm>
                    <a:prstGeom prst="rect"/>
                  </pic:spPr>
                </pic:pic>
              </a:graphicData>
            </a:graphic>
          </wp:inline>
        </w:drawing>
      </w:r>
    </w:p>
    <w:p>
      <w:pPr>
        <w:spacing w:before="0" w:after="200"/>
        <w:jc w:val="center"/>
      </w:pPr>
      <w:r>
        <w:rPr>
          <w:rFonts w:ascii="Calibri" w:hAnsi="Calibri"/>
          <w:b/>
          <w:caps/>
          <w:color w:val="916C1A"/>
          <w:sz w:val="19"/>
        </w:rPr>
        <w:t>2026-27 COMMUNITY PARTNERSHIP OPPORTUNITIES</w:t>
      </w:r>
    </w:p>
    <w:p>
      <w:pPr>
        <w:pStyle w:val="Title"/>
        <w:jc w:val="center"/>
      </w:pPr>
      <w:r>
        <w:rPr>
          <w:rFonts w:ascii="Calibri" w:hAnsi="Calibri"/>
          <w:b/>
          <w:color w:val="121212"/>
          <w:sz w:val="54"/>
        </w:rPr>
        <w:t>Support the player.</w:t>
        <w:br/>
        <w:t>Strengthen the community.</w:t>
      </w:r>
    </w:p>
    <w:p>
      <w:pPr>
        <w:spacing w:before="0" w:after="360" w:line="288" w:lineRule="auto"/>
        <w:jc w:val="center"/>
      </w:pPr>
      <w:r>
        <w:rPr>
          <w:rFonts w:ascii="Calibri" w:hAnsi="Calibri"/>
          <w:color w:val="363636"/>
          <w:sz w:val="27"/>
        </w:rPr>
        <w:t>A practical sponsorship platform for local organizations that want to support youth development in Coconut Creek.</w:t>
      </w:r>
    </w:p>
    <w:tbl>
      <w:tblPr>
        <w:tblW w:type="dxa" w:w="9360"/>
        <w:jc w:val="left"/>
        <w:tblLayout w:type="fixed"/>
        <w:tblLook w:firstColumn="1" w:firstRow="1" w:lastColumn="0" w:lastRow="0" w:noHBand="0" w:noVBand="1" w:val="04A0"/>
        <w:tblInd w:type="dxa" w:w="120"/>
      </w:tblPr>
      <w:tblGrid>
        <w:gridCol w:w="1380"/>
        <w:gridCol w:w="3300"/>
        <w:gridCol w:w="1380"/>
        <w:gridCol w:w="3300"/>
      </w:tblGrid>
      <w:tr>
        <w:trPr/>
        <w:tc>
          <w:tcPr>
            <w:tcW w:type="dxa" w:w="138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shd w:fill="F3F1EC"/>
          </w:tcPr>
          <w:p>
            <w:pPr>
              <w:spacing w:before="0" w:after="0"/>
            </w:pPr>
            <w:r>
              <w:rPr>
                <w:rFonts w:ascii="Calibri" w:hAnsi="Calibri"/>
                <w:b/>
                <w:color w:val="121212"/>
                <w:sz w:val="18"/>
              </w:rPr>
              <w:t>Club</w:t>
            </w:r>
          </w:p>
        </w:tc>
        <w:tc>
          <w:tcPr>
            <w:tcW w:type="dxa" w:w="330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tcPr>
          <w:p>
            <w:pPr>
              <w:spacing w:before="0" w:after="0"/>
            </w:pPr>
            <w:r>
              <w:rPr>
                <w:rFonts w:ascii="Calibri" w:hAnsi="Calibri"/>
                <w:b w:val="0"/>
                <w:color w:val="121212"/>
                <w:sz w:val="18"/>
              </w:rPr>
              <w:t>Inter Broward Club de Foot</w:t>
            </w:r>
          </w:p>
        </w:tc>
        <w:tc>
          <w:tcPr>
            <w:tcW w:type="dxa" w:w="138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shd w:fill="F3F1EC"/>
          </w:tcPr>
          <w:p>
            <w:pPr>
              <w:spacing w:before="0" w:after="0"/>
            </w:pPr>
            <w:r>
              <w:rPr>
                <w:rFonts w:ascii="Calibri" w:hAnsi="Calibri"/>
                <w:b/>
                <w:color w:val="121212"/>
                <w:sz w:val="18"/>
              </w:rPr>
              <w:t>Location</w:t>
            </w:r>
          </w:p>
        </w:tc>
        <w:tc>
          <w:tcPr>
            <w:tcW w:type="dxa" w:w="330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tcPr>
          <w:p>
            <w:pPr>
              <w:spacing w:before="0" w:after="0"/>
            </w:pPr>
            <w:r>
              <w:rPr>
                <w:rFonts w:ascii="Calibri" w:hAnsi="Calibri"/>
                <w:b w:val="0"/>
                <w:color w:val="121212"/>
                <w:sz w:val="18"/>
              </w:rPr>
              <w:t>Sabal Pines Park, Coconut Creek</w:t>
            </w:r>
          </w:p>
        </w:tc>
      </w:tr>
      <w:tr>
        <w:trPr/>
        <w:tc>
          <w:tcPr>
            <w:tcW w:type="dxa" w:w="138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shd w:fill="F3F1EC"/>
          </w:tcPr>
          <w:p>
            <w:pPr>
              <w:spacing w:before="0" w:after="0"/>
            </w:pPr>
            <w:r>
              <w:rPr>
                <w:rFonts w:ascii="Calibri" w:hAnsi="Calibri"/>
                <w:b/>
                <w:color w:val="121212"/>
                <w:sz w:val="18"/>
              </w:rPr>
              <w:t>Players</w:t>
            </w:r>
          </w:p>
        </w:tc>
        <w:tc>
          <w:tcPr>
            <w:tcW w:type="dxa" w:w="330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tcPr>
          <w:p>
            <w:pPr>
              <w:spacing w:before="0" w:after="0"/>
            </w:pPr>
            <w:r>
              <w:rPr>
                <w:rFonts w:ascii="Calibri" w:hAnsi="Calibri"/>
                <w:b w:val="0"/>
                <w:color w:val="121212"/>
                <w:sz w:val="18"/>
              </w:rPr>
              <w:t>Boys and girls ages 5-16</w:t>
            </w:r>
          </w:p>
        </w:tc>
        <w:tc>
          <w:tcPr>
            <w:tcW w:type="dxa" w:w="138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shd w:fill="F3F1EC"/>
          </w:tcPr>
          <w:p>
            <w:pPr>
              <w:spacing w:before="0" w:after="0"/>
            </w:pPr>
            <w:r>
              <w:rPr>
                <w:rFonts w:ascii="Calibri" w:hAnsi="Calibri"/>
                <w:b/>
                <w:color w:val="121212"/>
                <w:sz w:val="18"/>
              </w:rPr>
              <w:t>Contact</w:t>
            </w:r>
          </w:p>
        </w:tc>
        <w:tc>
          <w:tcPr>
            <w:tcW w:type="dxa" w:w="330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tcPr>
          <w:p>
            <w:pPr>
              <w:spacing w:before="0" w:after="0"/>
            </w:pPr>
            <w:r>
              <w:rPr>
                <w:rFonts w:ascii="Calibri" w:hAnsi="Calibri"/>
                <w:b w:val="0"/>
                <w:color w:val="121212"/>
                <w:sz w:val="18"/>
              </w:rPr>
              <w:t>954-505-1315</w:t>
            </w:r>
          </w:p>
        </w:tc>
      </w:tr>
    </w:tbl>
    <w:p>
      <w:pPr>
        <w:spacing w:before="0" w:after="0" w:line="320" w:lineRule="exact"/>
      </w:pPr>
      <w:r>
        <w:rPr>
          <w:rFonts w:ascii="Calibri" w:hAnsi="Calibri"/>
          <w:color w:val="121212"/>
          <w:sz w:val="32"/>
        </w:rPr>
      </w:r>
    </w:p>
    <w:p>
      <w:pPr>
        <w:spacing w:before="140" w:after="200" w:line="288" w:lineRule="auto"/>
        <w:shd w:fill="F7F1DF"/>
        <w:pBdr>
          <w:left w:val="single" w:sz="18" w:space="8" w:color="CBA23D"/>
        </w:pBdr>
        <w:ind w:left="230" w:right="144"/>
      </w:pPr>
      <w:r>
        <w:rPr>
          <w:rFonts w:ascii="Calibri" w:hAnsi="Calibri"/>
          <w:b/>
          <w:color w:val="916C1A"/>
          <w:sz w:val="18"/>
        </w:rPr>
        <w:t>THE OPPORTUNITY</w:t>
        <w:br/>
      </w:r>
      <w:r>
        <w:rPr>
          <w:rFonts w:ascii="Calibri" w:hAnsi="Calibri"/>
          <w:b/>
          <w:color w:val="121212"/>
          <w:sz w:val="22"/>
        </w:rPr>
        <w:t>Help expand player access, strengthen training resources, and create positive local experiences while connecting your organization with youth-sports families.</w:t>
      </w:r>
    </w:p>
    <w:p>
      <w:pPr>
        <w:spacing w:before="160" w:after="0"/>
        <w:jc w:val="center"/>
      </w:pPr>
      <w:hyperlink r:id="rId12">
        <w:r>
          <w:rPr>
            <w:rFonts w:ascii="Calibri" w:hAnsi="Calibri"/>
            <w:color w:val="916C1A"/>
            <w:u w:val="single"/>
            <w:b/>
          </w:rPr>
          <w:t>interbroward.com/sponsorship</w:t>
        </w:r>
      </w:hyperlink>
      <w:r>
        <w:t xml:space="preserve">  |  </w:t>
      </w:r>
      <w:hyperlink r:id="rId13">
        <w:r>
          <w:rPr>
            <w:rFonts w:ascii="Calibri" w:hAnsi="Calibri"/>
            <w:color w:val="916C1A"/>
            <w:u w:val="single"/>
            <w:b/>
          </w:rPr>
          <w:t>interbroward.cf@gmail.com</w:t>
        </w:r>
      </w:hyperlink>
    </w:p>
    <w:p>
      <w:pPr>
        <w:sectPr>
          <w:headerReference w:type="default" r:id="rId9"/>
          <w:footerReference w:type="default" r:id="rId10"/>
          <w:pgSz w:w="12240" w:h="15840"/>
          <w:pgMar w:top="1440" w:right="1440" w:bottom="1440" w:left="1440" w:header="708" w:footer="708" w:gutter="0"/>
          <w:cols w:space="720"/>
          <w:docGrid w:linePitch="360"/>
        </w:sectPr>
      </w:pPr>
    </w:p>
    <w:p>
      <w:pPr>
        <w:spacing w:before="0" w:after="120"/>
        <w:jc w:val="left"/>
      </w:pPr>
      <w:r>
        <w:rPr>
          <w:rFonts w:ascii="Calibri" w:hAnsi="Calibri"/>
          <w:b/>
          <w:caps/>
          <w:color w:val="916C1A"/>
          <w:sz w:val="19"/>
        </w:rPr>
        <w:t>THE PARTNERSHIP CASE</w:t>
      </w:r>
    </w:p>
    <w:p>
      <w:pPr>
        <w:pStyle w:val="Heading1"/>
      </w:pPr>
      <w:r>
        <w:t>Why partner with Inter Broward CF?</w:t>
      </w:r>
    </w:p>
    <w:p>
      <w:pPr>
        <w:jc w:val="left"/>
      </w:pPr>
      <w:r>
        <w:rPr>
          <w:rFonts w:ascii="Calibri" w:hAnsi="Calibri"/>
          <w:color w:val="121212"/>
          <w:sz w:val="22"/>
        </w:rPr>
        <w:t>Inter Broward CF is a player-focused youth soccer club and academy serving Coconut Creek families. The club combines purposeful coaching, small-group development, futsal, and positive standards for boys and girls ages 5-16.</w:t>
      </w:r>
    </w:p>
    <w:p>
      <w:pPr>
        <w:spacing w:before="140" w:after="200" w:line="288" w:lineRule="auto"/>
        <w:shd w:fill="F7F1DF"/>
        <w:pBdr>
          <w:left w:val="single" w:sz="18" w:space="8" w:color="CBA23D"/>
        </w:pBdr>
        <w:ind w:left="230" w:right="144"/>
      </w:pPr>
      <w:r>
        <w:rPr>
          <w:rFonts w:ascii="Calibri" w:hAnsi="Calibri"/>
          <w:b/>
          <w:color w:val="916C1A"/>
          <w:sz w:val="18"/>
        </w:rPr>
        <w:t>VALUE PROPOSITION</w:t>
        <w:br/>
      </w:r>
      <w:r>
        <w:rPr>
          <w:rFonts w:ascii="Calibri" w:hAnsi="Calibri"/>
          <w:b/>
          <w:color w:val="121212"/>
          <w:sz w:val="22"/>
        </w:rPr>
        <w:t>This is a community-alignment opportunity. The strongest sponsor value comes from relevant local stories, useful family engagement, and clearly fulfilled activations - not inflated impression promises.</w:t>
      </w:r>
    </w:p>
    <w:p>
      <w:pPr>
        <w:pStyle w:val="Heading2"/>
      </w:pPr>
      <w:r>
        <w:t>What sponsorship can enable</w:t>
      </w:r>
    </w:p>
    <w:p>
      <w:pPr>
        <w:numPr>
          <w:ilvl w:val="0"/>
          <w:numId w:val="10"/>
        </w:numPr>
        <w:spacing w:after="80" w:line="290" w:lineRule="auto"/>
      </w:pPr>
      <w:r>
        <w:rPr>
          <w:rFonts w:ascii="Calibri" w:hAnsi="Calibri"/>
          <w:b/>
          <w:color w:val="121212"/>
          <w:sz w:val="22"/>
        </w:rPr>
        <w:t>Player access:</w:t>
      </w:r>
      <w:r>
        <w:rPr>
          <w:rFonts w:ascii="Calibri" w:hAnsi="Calibri"/>
          <w:color w:val="121212"/>
          <w:sz w:val="22"/>
        </w:rPr>
        <w:t xml:space="preserve"> help more dedicated local players participate in a positive development environment.</w:t>
      </w:r>
    </w:p>
    <w:p>
      <w:pPr>
        <w:numPr>
          <w:ilvl w:val="0"/>
          <w:numId w:val="10"/>
        </w:numPr>
        <w:spacing w:after="80" w:line="290" w:lineRule="auto"/>
      </w:pPr>
      <w:r>
        <w:rPr>
          <w:rFonts w:ascii="Calibri" w:hAnsi="Calibri"/>
          <w:b/>
          <w:color w:val="121212"/>
          <w:sz w:val="22"/>
        </w:rPr>
        <w:t>Equipment and resources:</w:t>
      </w:r>
      <w:r>
        <w:rPr>
          <w:rFonts w:ascii="Calibri" w:hAnsi="Calibri"/>
          <w:color w:val="121212"/>
          <w:sz w:val="22"/>
        </w:rPr>
        <w:t xml:space="preserve"> support training equipment, uniforms, and materials that improve the player experience.</w:t>
      </w:r>
    </w:p>
    <w:p>
      <w:pPr>
        <w:numPr>
          <w:ilvl w:val="0"/>
          <w:numId w:val="10"/>
        </w:numPr>
        <w:spacing w:after="80" w:line="290" w:lineRule="auto"/>
      </w:pPr>
      <w:r>
        <w:rPr>
          <w:rFonts w:ascii="Calibri" w:hAnsi="Calibri"/>
          <w:b/>
          <w:color w:val="121212"/>
          <w:sz w:val="22"/>
        </w:rPr>
        <w:t>Community programming:</w:t>
      </w:r>
      <w:r>
        <w:rPr>
          <w:rFonts w:ascii="Calibri" w:hAnsi="Calibri"/>
          <w:color w:val="121212"/>
          <w:sz w:val="22"/>
        </w:rPr>
        <w:t xml:space="preserve"> strengthen clinics, camps, matches, and family-focused activities.</w:t>
      </w:r>
    </w:p>
    <w:p>
      <w:pPr>
        <w:numPr>
          <w:ilvl w:val="0"/>
          <w:numId w:val="10"/>
        </w:numPr>
        <w:spacing w:after="80" w:line="290" w:lineRule="auto"/>
      </w:pPr>
      <w:r>
        <w:rPr>
          <w:rFonts w:ascii="Calibri" w:hAnsi="Calibri"/>
          <w:b/>
          <w:color w:val="121212"/>
          <w:sz w:val="22"/>
        </w:rPr>
        <w:t>Club storytelling:</w:t>
      </w:r>
      <w:r>
        <w:rPr>
          <w:rFonts w:ascii="Calibri" w:hAnsi="Calibri"/>
          <w:color w:val="121212"/>
          <w:sz w:val="22"/>
        </w:rPr>
        <w:t xml:space="preserve"> help the academy share useful parent education and player-development content.</w:t>
      </w:r>
    </w:p>
    <w:p>
      <w:pPr>
        <w:pStyle w:val="Heading2"/>
      </w:pPr>
      <w:r>
        <w:t>Club facts at a glance</w:t>
      </w:r>
    </w:p>
    <w:tbl>
      <w:tblPr>
        <w:tblW w:type="dxa" w:w="9360"/>
        <w:jc w:val="left"/>
        <w:tblLayout w:type="fixed"/>
        <w:tblLook w:firstColumn="1" w:firstRow="1" w:lastColumn="0" w:lastRow="0" w:noHBand="0" w:noVBand="1" w:val="04A0"/>
        <w:tblInd w:type="dxa" w:w="120"/>
      </w:tblPr>
      <w:tblGrid>
        <w:gridCol w:w="2700"/>
        <w:gridCol w:w="6660"/>
      </w:tblGrid>
      <w:tr>
        <w:trPr>
          <w:tblHeader w:val="true"/>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shd w:fill="F4F6F9"/>
          </w:tcPr>
          <w:p>
            <w:pPr>
              <w:spacing w:before="0" w:after="0" w:line="276" w:lineRule="auto"/>
            </w:pPr>
            <w:r>
              <w:rPr>
                <w:rFonts w:ascii="Calibri" w:hAnsi="Calibri"/>
                <w:b/>
                <w:color w:val="121212"/>
                <w:sz w:val="18"/>
              </w:rPr>
              <w:t>Club fact</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shd w:fill="F4F6F9"/>
          </w:tcPr>
          <w:p>
            <w:pPr>
              <w:spacing w:before="0" w:after="0" w:line="276" w:lineRule="auto"/>
            </w:pPr>
            <w:r>
              <w:rPr>
                <w:rFonts w:ascii="Calibri" w:hAnsi="Calibri"/>
                <w:b/>
                <w:color w:val="121212"/>
                <w:sz w:val="18"/>
              </w:rPr>
              <w:t>Current information</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Players served</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Boys and girls ages 5-16</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Training location</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Sabal Pines Park, 5005 NW 39th Ave, Coconut Creek, FL 33073</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Field training</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Monday and Thursday, 6:00-7:30 PM</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Futsal</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Tuesday, 6:00-7:30 PM</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Family entry point</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Up to two free trial sessions</w:t>
            </w:r>
          </w:p>
        </w:tc>
      </w:tr>
    </w:tbl>
    <w:p>
      <w:pPr>
        <w:sectPr>
          <w:headerReference w:type="default" r:id="rId14"/>
          <w:footerReference w:type="default" r:id="rId15"/>
          <w:pgSz w:w="12240" w:h="15840"/>
          <w:pgMar w:top="1440" w:right="1440" w:bottom="1440" w:left="1440" w:header="708" w:footer="708" w:gutter="0"/>
          <w:cols w:space="720"/>
          <w:docGrid w:linePitch="360"/>
        </w:sectPr>
      </w:pPr>
    </w:p>
    <w:p>
      <w:pPr>
        <w:spacing w:before="0" w:after="120"/>
        <w:jc w:val="left"/>
      </w:pPr>
      <w:r>
        <w:rPr>
          <w:rFonts w:ascii="Calibri" w:hAnsi="Calibri"/>
          <w:b/>
          <w:caps/>
          <w:color w:val="916C1A"/>
          <w:sz w:val="19"/>
        </w:rPr>
        <w:t>RECOMMENDED STARTING POINTS</w:t>
      </w:r>
    </w:p>
    <w:p>
      <w:pPr>
        <w:pStyle w:val="Heading1"/>
      </w:pPr>
      <w:r>
        <w:t>Partnership levels</w:t>
      </w:r>
    </w:p>
    <w:p>
      <w:pPr>
        <w:jc w:val="left"/>
      </w:pPr>
      <w:r>
        <w:rPr>
          <w:rFonts w:ascii="Calibri" w:hAnsi="Calibri"/>
          <w:color w:val="121212"/>
          <w:sz w:val="22"/>
        </w:rPr>
        <w:t>The amounts below are recommended starting points for the 2026-27 season. Final scope, timing, and recognition should be confirmed in a written agreement before payment or public announcement.</w:t>
      </w:r>
    </w:p>
    <w:tbl>
      <w:tblPr>
        <w:tblW w:type="dxa" w:w="9360"/>
        <w:jc w:val="left"/>
        <w:tblLayout w:type="fixed"/>
        <w:tblLook w:firstColumn="1" w:firstRow="1" w:lastColumn="0" w:lastRow="0" w:noHBand="0" w:noVBand="1" w:val="04A0"/>
        <w:tblInd w:type="dxa" w:w="120"/>
      </w:tblPr>
      <w:tblGrid>
        <w:gridCol w:w="1960"/>
        <w:gridCol w:w="1200"/>
        <w:gridCol w:w="2500"/>
        <w:gridCol w:w="3700"/>
      </w:tblGrid>
      <w:tr>
        <w:trPr>
          <w:tblHeader w:val="true"/>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shd w:fill="F7F1DF"/>
          </w:tcPr>
          <w:p>
            <w:pPr>
              <w:spacing w:before="0" w:after="0" w:line="276" w:lineRule="auto"/>
            </w:pPr>
            <w:r>
              <w:rPr>
                <w:rFonts w:ascii="Calibri" w:hAnsi="Calibri"/>
                <w:b/>
                <w:color w:val="121212"/>
                <w:sz w:val="17"/>
              </w:rPr>
              <w:t>Level</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shd w:fill="F7F1DF"/>
          </w:tcPr>
          <w:p>
            <w:pPr>
              <w:spacing w:before="0" w:after="0" w:line="276" w:lineRule="auto"/>
            </w:pPr>
            <w:r>
              <w:rPr>
                <w:rFonts w:ascii="Calibri" w:hAnsi="Calibri"/>
                <w:b/>
                <w:color w:val="121212"/>
                <w:sz w:val="17"/>
              </w:rPr>
              <w:t>Investment</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shd w:fill="F7F1DF"/>
          </w:tcPr>
          <w:p>
            <w:pPr>
              <w:spacing w:before="0" w:after="0" w:line="276" w:lineRule="auto"/>
            </w:pPr>
            <w:r>
              <w:rPr>
                <w:rFonts w:ascii="Calibri" w:hAnsi="Calibri"/>
                <w:b/>
                <w:color w:val="121212"/>
                <w:sz w:val="17"/>
              </w:rPr>
              <w:t>Best for</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shd w:fill="F7F1DF"/>
          </w:tcPr>
          <w:p>
            <w:pPr>
              <w:spacing w:before="0" w:after="0" w:line="276" w:lineRule="auto"/>
            </w:pPr>
            <w:r>
              <w:rPr>
                <w:rFonts w:ascii="Calibri" w:hAnsi="Calibri"/>
                <w:b/>
                <w:color w:val="121212"/>
                <w:sz w:val="17"/>
              </w:rPr>
              <w:t>Recognition and activation</w:t>
            </w:r>
          </w:p>
        </w:tc>
      </w:tr>
      <w:tr>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color w:val="121212"/>
                <w:sz w:val="17"/>
              </w:rPr>
              <w:t>Community Partner</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$500</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A simple local-support entry point</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Sponsor-page listing; one social thank-you; digital partner badge.</w:t>
            </w:r>
          </w:p>
        </w:tc>
      </w:tr>
      <w:tr>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color w:val="121212"/>
                <w:sz w:val="17"/>
              </w:rPr>
              <w:t>Player Access Partner</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$1,000</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Supporting participation or family access</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Community benefits plus newsletter recognition and one dedicated partner feature.</w:t>
            </w:r>
          </w:p>
        </w:tc>
      </w:tr>
      <w:tr>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color w:val="121212"/>
                <w:sz w:val="17"/>
              </w:rPr>
              <w:t>Training Partner</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$2,500</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Equipment, clinics, or training resources</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Player Access benefits plus select digital-material recognition and one agreed activation.</w:t>
            </w:r>
          </w:p>
        </w:tc>
      </w:tr>
      <w:tr>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color w:val="121212"/>
                <w:sz w:val="17"/>
              </w:rPr>
              <w:t>Premier Club Partner</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$5,000+</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A customized season partnership</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Prominent sponsor-page placement, campaign storytelling, and a negotiated activation plan.</w:t>
            </w:r>
          </w:p>
        </w:tc>
      </w:tr>
    </w:tbl>
    <w:p>
      <w:pPr>
        <w:pStyle w:val="Heading2"/>
      </w:pPr>
      <w:r>
        <w:t>Ways to customize</w:t>
      </w:r>
    </w:p>
    <w:p>
      <w:pPr>
        <w:numPr>
          <w:ilvl w:val="0"/>
          <w:numId w:val="10"/>
        </w:numPr>
        <w:spacing w:after="80" w:line="290" w:lineRule="auto"/>
      </w:pPr>
      <w:r>
        <w:rPr>
          <w:rFonts w:ascii="Calibri" w:hAnsi="Calibri"/>
          <w:color w:val="121212"/>
          <w:sz w:val="22"/>
        </w:rPr>
        <w:t>Player-access or equipment focus tied to a specific agreed need.</w:t>
      </w:r>
    </w:p>
    <w:p>
      <w:pPr>
        <w:numPr>
          <w:ilvl w:val="0"/>
          <w:numId w:val="10"/>
        </w:numPr>
        <w:spacing w:after="80" w:line="290" w:lineRule="auto"/>
      </w:pPr>
      <w:r>
        <w:rPr>
          <w:rFonts w:ascii="Calibri" w:hAnsi="Calibri"/>
          <w:color w:val="121212"/>
          <w:sz w:val="22"/>
        </w:rPr>
        <w:t>A sponsored parent guide, clinic, camp, or community activity.</w:t>
      </w:r>
    </w:p>
    <w:p>
      <w:pPr>
        <w:numPr>
          <w:ilvl w:val="0"/>
          <w:numId w:val="10"/>
        </w:numPr>
        <w:spacing w:after="80" w:line="290" w:lineRule="auto"/>
      </w:pPr>
      <w:r>
        <w:rPr>
          <w:rFonts w:ascii="Calibri" w:hAnsi="Calibri"/>
          <w:color w:val="121212"/>
          <w:sz w:val="22"/>
        </w:rPr>
        <w:t>A trackable digital campaign that sends families to a useful club resource.</w:t>
      </w:r>
    </w:p>
    <w:p>
      <w:pPr>
        <w:numPr>
          <w:ilvl w:val="0"/>
          <w:numId w:val="10"/>
        </w:numPr>
        <w:spacing w:after="80" w:line="290" w:lineRule="auto"/>
      </w:pPr>
      <w:r>
        <w:rPr>
          <w:rFonts w:ascii="Calibri" w:hAnsi="Calibri"/>
          <w:color w:val="121212"/>
          <w:sz w:val="22"/>
        </w:rPr>
        <w:t>An approved on-site presence when facility and event rules permit it.</w:t>
      </w:r>
    </w:p>
    <w:p>
      <w:pPr>
        <w:spacing w:before="140" w:after="200" w:line="288" w:lineRule="auto"/>
        <w:shd w:fill="F7F1DF"/>
        <w:pBdr>
          <w:left w:val="single" w:sz="18" w:space="8" w:color="CBA23D"/>
        </w:pBdr>
        <w:ind w:left="230" w:right="144"/>
      </w:pPr>
      <w:r>
        <w:rPr>
          <w:rFonts w:ascii="Calibri" w:hAnsi="Calibri"/>
          <w:b/>
          <w:color w:val="916C1A"/>
          <w:sz w:val="18"/>
        </w:rPr>
        <w:t>IMPORTANT</w:t>
        <w:br/>
      </w:r>
      <w:r>
        <w:rPr>
          <w:rFonts w:ascii="Calibri" w:hAnsi="Calibri"/>
          <w:b/>
          <w:color w:val="121212"/>
          <w:sz w:val="22"/>
        </w:rPr>
        <w:t>Logo placement, event presence, apparel or jersey recognition, photos of minors, and platform mentions are available only when specifically agreed and permitted. No audience size, lead volume, or business result is guaranteed.</w:t>
      </w:r>
    </w:p>
    <w:p>
      <w:pPr>
        <w:sectPr>
          <w:headerReference w:type="default" r:id="rId16"/>
          <w:footerReference w:type="default" r:id="rId17"/>
          <w:pgSz w:w="12240" w:h="15840"/>
          <w:pgMar w:top="1440" w:right="1440" w:bottom="1440" w:left="1440" w:header="708" w:footer="708" w:gutter="0"/>
          <w:cols w:space="720"/>
          <w:docGrid w:linePitch="360"/>
        </w:sectPr>
      </w:pPr>
    </w:p>
    <w:p>
      <w:pPr>
        <w:spacing w:before="0" w:after="120"/>
        <w:jc w:val="left"/>
      </w:pPr>
      <w:r>
        <w:rPr>
          <w:rFonts w:ascii="Calibri" w:hAnsi="Calibri"/>
          <w:b/>
          <w:caps/>
          <w:color w:val="916C1A"/>
          <w:sz w:val="19"/>
        </w:rPr>
        <w:t>ACTIVATION AND ACCOUNTABILITY</w:t>
      </w:r>
    </w:p>
    <w:p>
      <w:pPr>
        <w:pStyle w:val="Heading1"/>
      </w:pPr>
      <w:r>
        <w:t>A simple path to partnership</w:t>
      </w:r>
    </w:p>
    <w:p>
      <w:pPr>
        <w:numPr>
          <w:ilvl w:val="0"/>
          <w:numId w:val="11"/>
        </w:numPr>
        <w:spacing w:after="80" w:line="290" w:lineRule="auto"/>
      </w:pPr>
      <w:r>
        <w:rPr>
          <w:rFonts w:ascii="Calibri" w:hAnsi="Calibri"/>
          <w:b/>
          <w:color w:val="121212"/>
          <w:sz w:val="22"/>
        </w:rPr>
        <w:t>Choose the goal.</w:t>
      </w:r>
      <w:r>
        <w:rPr>
          <w:rFonts w:ascii="Calibri" w:hAnsi="Calibri"/>
          <w:color w:val="121212"/>
          <w:sz w:val="22"/>
        </w:rPr>
        <w:t xml:space="preserve"> Identify whether the priority is player access, equipment, community programming, or brand connection.</w:t>
      </w:r>
    </w:p>
    <w:p>
      <w:pPr>
        <w:numPr>
          <w:ilvl w:val="0"/>
          <w:numId w:val="11"/>
        </w:numPr>
        <w:spacing w:after="80" w:line="290" w:lineRule="auto"/>
      </w:pPr>
      <w:r>
        <w:rPr>
          <w:rFonts w:ascii="Calibri" w:hAnsi="Calibri"/>
          <w:b/>
          <w:color w:val="121212"/>
          <w:sz w:val="22"/>
        </w:rPr>
        <w:t>Confirm the package.</w:t>
      </w:r>
      <w:r>
        <w:rPr>
          <w:rFonts w:ascii="Calibri" w:hAnsi="Calibri"/>
          <w:color w:val="121212"/>
          <w:sz w:val="22"/>
        </w:rPr>
        <w:t xml:space="preserve"> Document investment, recognition, timing, content approvals, and a primary contact for each organization.</w:t>
      </w:r>
    </w:p>
    <w:p>
      <w:pPr>
        <w:numPr>
          <w:ilvl w:val="0"/>
          <w:numId w:val="11"/>
        </w:numPr>
        <w:spacing w:after="80" w:line="290" w:lineRule="auto"/>
      </w:pPr>
      <w:r>
        <w:rPr>
          <w:rFonts w:ascii="Calibri" w:hAnsi="Calibri"/>
          <w:b/>
          <w:color w:val="121212"/>
          <w:sz w:val="22"/>
        </w:rPr>
        <w:t>Activate with purpose.</w:t>
      </w:r>
      <w:r>
        <w:rPr>
          <w:rFonts w:ascii="Calibri" w:hAnsi="Calibri"/>
          <w:color w:val="121212"/>
          <w:sz w:val="22"/>
        </w:rPr>
        <w:t xml:space="preserve"> Launch the agreed digital, community, or event activity with clear calls to action.</w:t>
      </w:r>
    </w:p>
    <w:p>
      <w:pPr>
        <w:numPr>
          <w:ilvl w:val="0"/>
          <w:numId w:val="11"/>
        </w:numPr>
        <w:spacing w:after="80" w:line="290" w:lineRule="auto"/>
      </w:pPr>
      <w:r>
        <w:rPr>
          <w:rFonts w:ascii="Calibri" w:hAnsi="Calibri"/>
          <w:b/>
          <w:color w:val="121212"/>
          <w:sz w:val="22"/>
        </w:rPr>
        <w:t>Report what happened.</w:t>
      </w:r>
      <w:r>
        <w:rPr>
          <w:rFonts w:ascii="Calibri" w:hAnsi="Calibri"/>
          <w:color w:val="121212"/>
          <w:sz w:val="22"/>
        </w:rPr>
        <w:t xml:space="preserve"> Share a short fulfillment summary with completed deliverables and available engagement indicators.</w:t>
      </w:r>
    </w:p>
    <w:p>
      <w:pPr>
        <w:pStyle w:val="Heading2"/>
      </w:pPr>
      <w:r>
        <w:t>What can be measured</w:t>
      </w:r>
    </w:p>
    <w:p>
      <w:pPr>
        <w:numPr>
          <w:ilvl w:val="0"/>
          <w:numId w:val="10"/>
        </w:numPr>
        <w:spacing w:after="80" w:line="290" w:lineRule="auto"/>
      </w:pPr>
      <w:r>
        <w:rPr>
          <w:rFonts w:ascii="Calibri" w:hAnsi="Calibri"/>
          <w:color w:val="121212"/>
          <w:sz w:val="22"/>
        </w:rPr>
        <w:t>Completion of agreed sponsor benefits and content placements.</w:t>
      </w:r>
    </w:p>
    <w:p>
      <w:pPr>
        <w:numPr>
          <w:ilvl w:val="0"/>
          <w:numId w:val="10"/>
        </w:numPr>
        <w:spacing w:after="80" w:line="290" w:lineRule="auto"/>
      </w:pPr>
      <w:r>
        <w:rPr>
          <w:rFonts w:ascii="Calibri" w:hAnsi="Calibri"/>
          <w:color w:val="121212"/>
          <w:sz w:val="22"/>
        </w:rPr>
        <w:t>Clicks from tagged sponsor links to the club website.</w:t>
      </w:r>
    </w:p>
    <w:p>
      <w:pPr>
        <w:numPr>
          <w:ilvl w:val="0"/>
          <w:numId w:val="10"/>
        </w:numPr>
        <w:spacing w:after="80" w:line="290" w:lineRule="auto"/>
      </w:pPr>
      <w:r>
        <w:rPr>
          <w:rFonts w:ascii="Calibri" w:hAnsi="Calibri"/>
          <w:color w:val="121212"/>
          <w:sz w:val="22"/>
        </w:rPr>
        <w:t>Website contact actions associated with the campaign, when available.</w:t>
      </w:r>
    </w:p>
    <w:p>
      <w:pPr>
        <w:numPr>
          <w:ilvl w:val="0"/>
          <w:numId w:val="10"/>
        </w:numPr>
        <w:spacing w:after="80" w:line="290" w:lineRule="auto"/>
      </w:pPr>
      <w:r>
        <w:rPr>
          <w:rFonts w:ascii="Calibri" w:hAnsi="Calibri"/>
          <w:color w:val="121212"/>
          <w:sz w:val="22"/>
        </w:rPr>
        <w:t>Participation in an agreed clinic, event, or community activation.</w:t>
      </w:r>
    </w:p>
    <w:p>
      <w:pPr>
        <w:numPr>
          <w:ilvl w:val="0"/>
          <w:numId w:val="10"/>
        </w:numPr>
        <w:spacing w:after="80" w:line="290" w:lineRule="auto"/>
      </w:pPr>
      <w:r>
        <w:rPr>
          <w:rFonts w:ascii="Calibri" w:hAnsi="Calibri"/>
          <w:color w:val="121212"/>
          <w:sz w:val="22"/>
        </w:rPr>
        <w:t>Qualitative feedback from club families and the sponsor team.</w:t>
      </w:r>
    </w:p>
    <w:p>
      <w:pPr>
        <w:pStyle w:val="Heading2"/>
      </w:pPr>
      <w:r>
        <w:t>Start the conversation</w:t>
      </w:r>
    </w:p>
    <w:p>
      <w:pPr>
        <w:jc w:val="left"/>
      </w:pPr>
      <w:r>
        <w:rPr>
          <w:rFonts w:ascii="Calibri" w:hAnsi="Calibri"/>
          <w:color w:val="121212"/>
          <w:sz w:val="22"/>
        </w:rPr>
        <w:t>Share your organization, preferred investment range, timing, and the kind of community impact that matters most. Inter Broward CF will recommend a practical scope and document the final terms.</w:t>
      </w:r>
    </w:p>
    <w:p>
      <w:pPr>
        <w:spacing w:before="140" w:after="200" w:line="288" w:lineRule="auto"/>
        <w:shd w:fill="F7F1DF"/>
        <w:pBdr>
          <w:left w:val="single" w:sz="18" w:space="8" w:color="CBA23D"/>
        </w:pBdr>
        <w:ind w:left="230" w:right="144"/>
      </w:pPr>
      <w:r>
        <w:rPr>
          <w:rFonts w:ascii="Calibri" w:hAnsi="Calibri"/>
          <w:b/>
          <w:color w:val="916C1A"/>
          <w:sz w:val="18"/>
        </w:rPr>
        <w:t>CONTACT</w:t>
        <w:br/>
      </w:r>
      <w:r>
        <w:rPr>
          <w:rFonts w:ascii="Calibri" w:hAnsi="Calibri"/>
          <w:b/>
          <w:color w:val="121212"/>
          <w:sz w:val="22"/>
        </w:rPr>
        <w:t>Inter Broward Club de Foot | 954-505-1315 | interbroward.cf@gmail.com | interbroward.com/sponsorship</w:t>
      </w:r>
    </w:p>
    <w:p>
      <w:pPr>
        <w:spacing w:after="0"/>
        <w:jc w:val="left"/>
      </w:pPr>
      <w:r>
        <w:rPr>
          <w:rFonts w:ascii="Calibri" w:hAnsi="Calibri"/>
          <w:color w:val="121212"/>
          <w:sz w:val="22"/>
        </w:rPr>
        <w:t>Status note: This package describes sponsorship and community-partnership opportunities. It does not represent that payments are charitable or tax-deductible. Sponsors should rely on the final written agreement and their own professional advisers.</w:t>
      </w:r>
    </w:p>
    <w:sectPr w:rsidR="00FC693F" w:rsidRPr="0006063C" w:rsidSect="00034616">
      <w:headerReference w:type="default" r:id="rId18"/>
      <w:footerReference w:type="default" r:id="rId1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36363"/>
        <w:sz w:val="18"/>
      </w:rPr>
      <w:t xml:space="preserve">Inter Broward CF | Sponsorship Package  |  </w:t>
    </w:r>
    <w:r>
      <w:rPr>
        <w:rFonts w:ascii="Calibri" w:hAnsi="Calibri"/>
        <w:color w:val="636363"/>
        <w:sz w:val="18"/>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36363"/>
        <w:sz w:val="18"/>
      </w:rPr>
      <w:t xml:space="preserve">Inter Broward CF | Sponsorship Package  |  </w:t>
    </w:r>
    <w:r>
      <w:rPr>
        <w:rFonts w:ascii="Calibri" w:hAnsi="Calibri"/>
        <w:color w:val="636363"/>
        <w:sz w:val="18"/>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36363"/>
        <w:sz w:val="18"/>
      </w:rPr>
      <w:t xml:space="preserve">Inter Broward CF | Sponsorship Package  |  </w:t>
    </w:r>
    <w:r>
      <w:rPr>
        <w:rFonts w:ascii="Calibri" w:hAnsi="Calibri"/>
        <w:color w:val="636363"/>
        <w:sz w:val="18"/>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36363"/>
        <w:sz w:val="18"/>
      </w:rPr>
      <w:t xml:space="preserve">Inter Broward CF | Sponsorship Package  |  </w:t>
    </w:r>
    <w:r>
      <w:rPr>
        <w:rFonts w:ascii="Calibri" w:hAnsi="Calibri"/>
        <w:color w:val="636363"/>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type="dxa" w:w="0"/>
    </w:tblPr>
    <w:tblGrid>
      <w:gridCol w:w="4680"/>
      <w:gridCol w:w="4680"/>
    </w:tblGrid>
    <w:tr>
      <w:trPr/>
      <w:tc>
        <w:tcPr>
          <w:tcW w:type="dxa" w:w="4680"/>
          <w:tcMar>
            <w:top w:w="0" w:type="dxa"/>
            <w:bottom w:w="0" w:type="dxa"/>
            <w:start w:w="0" w:type="dxa"/>
            <w:end w:w="0" w:type="dxa"/>
          </w:tcMar>
          <w:tcBorders>
            <w:top w:val="nil"/>
            <w:left w:val="nil"/>
            <w:bottom w:val="nil"/>
            <w:right w:val="nil"/>
            <w:insideH w:val="nil"/>
            <w:insideV w:val="nil"/>
          </w:tcBorders>
        </w:tcPr>
        <w:p>
          <w:r>
            <w:rPr>
              <w:rFonts w:ascii="Calibri" w:hAnsi="Calibri"/>
              <w:b/>
              <w:color w:val="636363"/>
              <w:sz w:val="17"/>
            </w:rPr>
            <w:t>INTER BROWARD CF</w:t>
          </w:r>
        </w:p>
      </w:tc>
      <w:tc>
        <w:tcPr>
          <w:tcW w:type="dxa" w:w="4680"/>
          <w:tcMar>
            <w:top w:w="0" w:type="dxa"/>
            <w:bottom w:w="0" w:type="dxa"/>
            <w:start w:w="0" w:type="dxa"/>
            <w:end w:w="0" w:type="dxa"/>
          </w:tcMar>
          <w:tcBorders>
            <w:top w:val="nil"/>
            <w:left w:val="nil"/>
            <w:bottom w:val="nil"/>
            <w:right w:val="nil"/>
            <w:insideH w:val="nil"/>
            <w:insideV w:val="nil"/>
          </w:tcBorders>
        </w:tcPr>
        <w:p>
          <w:pPr>
            <w:jc w:val="right"/>
          </w:pPr>
          <w:r>
            <w:rPr>
              <w:rFonts w:ascii="Calibri" w:hAnsi="Calibri"/>
              <w:color w:val="636363"/>
              <w:sz w:val="17"/>
            </w:rPr>
            <w:t>2026-27 COMMUNITY PARTNERSHIP OPPORTUNITIES</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type="dxa" w:w="0"/>
    </w:tblPr>
    <w:tblGrid>
      <w:gridCol w:w="4680"/>
      <w:gridCol w:w="4680"/>
    </w:tblGrid>
    <w:tr>
      <w:trPr/>
      <w:tc>
        <w:tcPr>
          <w:tcW w:type="dxa" w:w="4680"/>
          <w:tcMar>
            <w:top w:w="0" w:type="dxa"/>
            <w:bottom w:w="0" w:type="dxa"/>
            <w:start w:w="0" w:type="dxa"/>
            <w:end w:w="0" w:type="dxa"/>
          </w:tcMar>
          <w:tcBorders>
            <w:top w:val="nil"/>
            <w:left w:val="nil"/>
            <w:bottom w:val="nil"/>
            <w:right w:val="nil"/>
            <w:insideH w:val="nil"/>
            <w:insideV w:val="nil"/>
          </w:tcBorders>
        </w:tcPr>
        <w:p>
          <w:r>
            <w:rPr>
              <w:rFonts w:ascii="Calibri" w:hAnsi="Calibri"/>
              <w:b/>
              <w:color w:val="636363"/>
              <w:sz w:val="17"/>
            </w:rPr>
            <w:t>INTER BROWARD CF</w:t>
          </w:r>
        </w:p>
      </w:tc>
      <w:tc>
        <w:tcPr>
          <w:tcW w:type="dxa" w:w="4680"/>
          <w:tcMar>
            <w:top w:w="0" w:type="dxa"/>
            <w:bottom w:w="0" w:type="dxa"/>
            <w:start w:w="0" w:type="dxa"/>
            <w:end w:w="0" w:type="dxa"/>
          </w:tcMar>
          <w:tcBorders>
            <w:top w:val="nil"/>
            <w:left w:val="nil"/>
            <w:bottom w:val="nil"/>
            <w:right w:val="nil"/>
            <w:insideH w:val="nil"/>
            <w:insideV w:val="nil"/>
          </w:tcBorders>
        </w:tcPr>
        <w:p>
          <w:pPr>
            <w:jc w:val="right"/>
          </w:pPr>
          <w:r>
            <w:rPr>
              <w:rFonts w:ascii="Calibri" w:hAnsi="Calibri"/>
              <w:color w:val="636363"/>
              <w:sz w:val="17"/>
            </w:rPr>
            <w:t>2026-27 COMMUNITY PARTNERSHIP OPPORTUNITIES</w:t>
          </w:r>
        </w:p>
      </w:tc>
    </w:tr>
  </w:tbl>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type="dxa" w:w="0"/>
    </w:tblPr>
    <w:tblGrid>
      <w:gridCol w:w="4680"/>
      <w:gridCol w:w="4680"/>
    </w:tblGrid>
    <w:tr>
      <w:trPr/>
      <w:tc>
        <w:tcPr>
          <w:tcW w:type="dxa" w:w="4680"/>
          <w:tcMar>
            <w:top w:w="0" w:type="dxa"/>
            <w:bottom w:w="0" w:type="dxa"/>
            <w:start w:w="0" w:type="dxa"/>
            <w:end w:w="0" w:type="dxa"/>
          </w:tcMar>
          <w:tcBorders>
            <w:top w:val="nil"/>
            <w:left w:val="nil"/>
            <w:bottom w:val="nil"/>
            <w:right w:val="nil"/>
            <w:insideH w:val="nil"/>
            <w:insideV w:val="nil"/>
          </w:tcBorders>
        </w:tcPr>
        <w:p>
          <w:r>
            <w:rPr>
              <w:rFonts w:ascii="Calibri" w:hAnsi="Calibri"/>
              <w:b/>
              <w:color w:val="636363"/>
              <w:sz w:val="17"/>
            </w:rPr>
            <w:t>INTER BROWARD CF</w:t>
          </w:r>
        </w:p>
      </w:tc>
      <w:tc>
        <w:tcPr>
          <w:tcW w:type="dxa" w:w="4680"/>
          <w:tcMar>
            <w:top w:w="0" w:type="dxa"/>
            <w:bottom w:w="0" w:type="dxa"/>
            <w:start w:w="0" w:type="dxa"/>
            <w:end w:w="0" w:type="dxa"/>
          </w:tcMar>
          <w:tcBorders>
            <w:top w:val="nil"/>
            <w:left w:val="nil"/>
            <w:bottom w:val="nil"/>
            <w:right w:val="nil"/>
            <w:insideH w:val="nil"/>
            <w:insideV w:val="nil"/>
          </w:tcBorders>
        </w:tcPr>
        <w:p>
          <w:pPr>
            <w:jc w:val="right"/>
          </w:pPr>
          <w:r>
            <w:rPr>
              <w:rFonts w:ascii="Calibri" w:hAnsi="Calibri"/>
              <w:color w:val="636363"/>
              <w:sz w:val="17"/>
            </w:rPr>
            <w:t>2026-27 COMMUNITY PARTNERSHIP OPPORTUNITIES</w:t>
          </w:r>
        </w:p>
      </w:tc>
    </w:tr>
  </w:tbl>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type="dxa" w:w="0"/>
    </w:tblPr>
    <w:tblGrid>
      <w:gridCol w:w="4680"/>
      <w:gridCol w:w="4680"/>
    </w:tblGrid>
    <w:tr>
      <w:trPr/>
      <w:tc>
        <w:tcPr>
          <w:tcW w:type="dxa" w:w="4680"/>
          <w:tcMar>
            <w:top w:w="0" w:type="dxa"/>
            <w:bottom w:w="0" w:type="dxa"/>
            <w:start w:w="0" w:type="dxa"/>
            <w:end w:w="0" w:type="dxa"/>
          </w:tcMar>
          <w:tcBorders>
            <w:top w:val="nil"/>
            <w:left w:val="nil"/>
            <w:bottom w:val="nil"/>
            <w:right w:val="nil"/>
            <w:insideH w:val="nil"/>
            <w:insideV w:val="nil"/>
          </w:tcBorders>
        </w:tcPr>
        <w:p>
          <w:r>
            <w:rPr>
              <w:rFonts w:ascii="Calibri" w:hAnsi="Calibri"/>
              <w:b/>
              <w:color w:val="636363"/>
              <w:sz w:val="17"/>
            </w:rPr>
            <w:t>INTER BROWARD CF</w:t>
          </w:r>
        </w:p>
      </w:tc>
      <w:tc>
        <w:tcPr>
          <w:tcW w:type="dxa" w:w="4680"/>
          <w:tcMar>
            <w:top w:w="0" w:type="dxa"/>
            <w:bottom w:w="0" w:type="dxa"/>
            <w:start w:w="0" w:type="dxa"/>
            <w:end w:w="0" w:type="dxa"/>
          </w:tcMar>
          <w:tcBorders>
            <w:top w:val="nil"/>
            <w:left w:val="nil"/>
            <w:bottom w:val="nil"/>
            <w:right w:val="nil"/>
            <w:insideH w:val="nil"/>
            <w:insideV w:val="nil"/>
          </w:tcBorders>
        </w:tcPr>
        <w:p>
          <w:pPr>
            <w:jc w:val="right"/>
          </w:pPr>
          <w:r>
            <w:rPr>
              <w:rFonts w:ascii="Calibri" w:hAnsi="Calibri"/>
              <w:color w:val="636363"/>
              <w:sz w:val="17"/>
            </w:rPr>
            <w:t>2026-27 COMMUNITY PARTNERSHIP OPPORTUNITIES</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9"/>
        <w:spacing w:after="80" w:line="290" w:lineRule="auto"/>
      </w:pPr>
      <w:rPr>
        <w:rFonts w:ascii="Calibri" w:hAnsi="Calibri"/>
        <w:color w:val="916C1A"/>
      </w:rPr>
    </w:lvl>
  </w:abstractNum>
  <w:num w:numId="10">
    <w:abstractNumId w:val="9"/>
  </w:num>
  <w:abstractNum w:abstractNumId="10">
    <w:multiLevelType w:val="singleLevel"/>
    <w:lvl w:ilvl="0">
      <w:start w:val="1"/>
      <w:numFmt w:val="decimal"/>
      <w:lvlText w:val="%1."/>
      <w:suff w:val="tab"/>
      <w:pPr>
        <w:tabs>
          <w:tab w:val="num" w:pos="540"/>
        </w:tabs>
        <w:ind w:left="540" w:hanging="279"/>
        <w:spacing w:after="80" w:line="290" w:lineRule="auto"/>
      </w:pPr>
      <w:rPr>
        <w:rFonts w:ascii="Calibri" w:hAnsi="Calibri"/>
        <w:color w:val="916C1A"/>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pPr>
    <w:rPr>
      <w:rFonts w:ascii="Calibri" w:hAnsi="Calibri"/>
      <w:color w:val="12121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line="240" w:lineRule="auto"/>
      <w:outlineLvl w:val="0"/>
    </w:pPr>
    <w:rPr>
      <w:rFonts w:asciiTheme="majorHAnsi" w:eastAsiaTheme="majorEastAsia" w:hAnsiTheme="majorHAnsi" w:cstheme="majorBidi" w:ascii="Calibri" w:hAnsi="Calibri"/>
      <w:b/>
      <w:bCs/>
      <w:color w:val="121212"/>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240" w:lineRule="auto"/>
      <w:outlineLvl w:val="1"/>
    </w:pPr>
    <w:rPr>
      <w:rFonts w:asciiTheme="majorHAnsi" w:eastAsiaTheme="majorEastAsia" w:hAnsiTheme="majorHAnsi" w:cstheme="majorBidi" w:ascii="Calibri" w:hAnsi="Calibri"/>
      <w:b/>
      <w:bCs/>
      <w:color w:val="916C1A"/>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40" w:lineRule="auto"/>
      <w:outlineLvl w:val="2"/>
    </w:pPr>
    <w:rPr>
      <w:rFonts w:asciiTheme="majorHAnsi" w:eastAsiaTheme="majorEastAsia" w:hAnsiTheme="majorHAnsi" w:cstheme="majorBidi" w:ascii="Calibri" w:hAnsi="Calibri"/>
      <w:b/>
      <w:bCs/>
      <w:color w:val="916C1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before="0"/>
      <w:contextualSpacing/>
    </w:pPr>
    <w:rPr>
      <w:rFonts w:asciiTheme="majorHAnsi" w:eastAsiaTheme="majorEastAsia" w:hAnsiTheme="majorHAnsi" w:cstheme="majorBidi" w:ascii="Calibri" w:hAnsi="Calibri"/>
      <w:b/>
      <w:color w:val="121212"/>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interbroward.com/sponsorship" TargetMode="External"/><Relationship Id="rId13" Type="http://schemas.openxmlformats.org/officeDocument/2006/relationships/hyperlink" Target="mailto:interbroward.cf@gmail.com"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eader" Target="header4.xml"/><Relationship Id="rId1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Broward CF Sponsorship Package 2026-27</dc:title>
  <dc:subject>Community partnership opportunities</dc:subject>
  <dc:creator>Inter Broward Club de Foot</dc:creator>
  <cp:keywords>Inter Broward CF, sponsorship, Coconut Creek, youth soccer</cp:keywords>
  <dc:description>generated by python-docx</dc:description>
  <cp:lastModifiedBy/>
  <cp:revision>1</cp:revision>
  <dcterms:created xsi:type="dcterms:W3CDTF">2013-12-23T23:15:00Z</dcterms:created>
  <dcterms:modified xsi:type="dcterms:W3CDTF">2013-12-23T23:15:00Z</dcterms:modified>
  <cp:category/>
</cp:coreProperties>
</file>